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ملخص المشروع</w:t>
      </w:r>
    </w:p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هذا مستند افتراضي لتجربة تحويل Word إلى PDF. لا يتضمن بيانات شخصية حقيقية.</w:t>
      </w:r>
    </w:p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المرجع: DEMO-AR-WORD-001</w:t>
      </w:r>
    </w:p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تحقق من اتصال الحروف وترتيب الكلمات والأرقام: ١٢٣ و456.</w:t>
      </w:r>
    </w:p>
    <w:p>
      <w:pPr>
        <w:pStyle w:val="Heading1"/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قائمة المواد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المادة</w:t>
            </w:r>
          </w:p>
        </w:tc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الكمية</w:t>
            </w:r>
          </w:p>
        </w:tc>
      </w:tr>
      <w:tr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رزم الورق</w:t>
            </w:r>
          </w:p>
        </w:tc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٢</w:t>
            </w:r>
          </w:p>
        </w:tc>
      </w:tr>
      <w:tr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المجلدات</w:t>
            </w:r>
          </w:p>
        </w:tc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٣</w:t>
            </w:r>
          </w:p>
        </w:tc>
      </w:tr>
      <w:tr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المرفقات</w:t>
            </w:r>
          </w:p>
        </w:tc>
        <w:tc>
          <w:tcPr>
            <w:tcW w:type="dxa" w:w="4320"/>
          </w:tcPr>
          <w:p>
            <w:pPr>
              <w:jc w:val="right"/>
              <w:bidi/>
            </w:pPr>
            <w:r>
              <w:rPr>
                <w:rFonts w:ascii="DejaVu Sans Arabic" w:hAnsi="DejaVu Sans Arabic" w:cs="DejaVu Sans Arabic" w:eastAsia="DejaVu Sans Arabic"/>
                <w:lang w:val="ar-SA" w:bidi="ar-SA"/>
              </w:rPr>
              <w:t>١</w:t>
            </w:r>
          </w:p>
        </w:tc>
      </w:tr>
    </w:tbl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br w:type="page"/>
      </w:r>
    </w:p>
    <w:p>
      <w:pPr>
        <w:pStyle w:val="Title"/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ملحق المراجعة</w:t>
      </w:r>
    </w:p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تتيح الصفحة الثانية التحقق من فاصل الصفحات الصريح.</w:t>
      </w:r>
    </w:p>
    <w:p>
      <w:pPr>
        <w:jc w:val="right"/>
        <w:bidi/>
      </w:pPr>
      <w:r>
        <w:rPr>
          <w:rFonts w:ascii="DejaVu Sans Arabic" w:hAnsi="DejaVu Sans Arabic" w:cs="DejaVu Sans Arabic" w:eastAsia="DejaVu Sans Arabic"/>
          <w:lang w:val="ar-SA" w:bidi="ar-SA"/>
        </w:rPr>
        <w:t>احفظ ملف DOCX الأصلي وقارن النسخة الناتجة معه.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 Arabic" w:hAnsi="DejaVu Sans Arabi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 Arabic" w:hAnsi="DejaVu Sans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 Arabic" w:hAnsi="DejaVu Sans Arab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 Arabic" w:hAnsi="DejaVu Sans Arab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مستند Word تجريبي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