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PDFandGO Devanagari Sans" w:hAnsi="PDFandGO Devanagari Sans" w:cs="PDFandGO Devanagari Sans" w:eastAsia="PDFandGO Devanagari Sans"/>
          <w:lang w:val="hi-IN" w:eastAsia="hi-IN"/>
        </w:rPr>
        <w:t>परियोजना का विवरण</w:t>
      </w:r>
    </w:p>
    <w:p>
      <w:r>
        <w:rPr>
          <w:rFonts w:ascii="PDFandGO Devanagari Sans" w:hAnsi="PDFandGO Devanagari Sans" w:cs="PDFandGO Devanagari Sans" w:eastAsia="PDFandGO Devanagari Sans"/>
          <w:lang w:val="hi-IN" w:eastAsia="hi-IN"/>
        </w:rPr>
        <w:t>यह Word से PDF बनाने का काल्पनिक उदाहरण है। इसमें वास्तविक ग्राहक का डेटा नहीं है।</w:t>
      </w:r>
    </w:p>
    <w:p>
      <w:r>
        <w:rPr>
          <w:rFonts w:ascii="PDFandGO Devanagari Sans" w:hAnsi="PDFandGO Devanagari Sans" w:cs="PDFandGO Devanagari Sans" w:eastAsia="PDFandGO Devanagari Sans"/>
          <w:lang w:val="hi-IN" w:eastAsia="hi-IN"/>
        </w:rPr>
        <w:t>संदर्भ: DEMO-HI-WORD-001</w:t>
      </w:r>
    </w:p>
    <w:p>
      <w:r>
        <w:rPr>
          <w:rFonts w:ascii="PDFandGO Devanagari Sans" w:hAnsi="PDFandGO Devanagari Sans" w:cs="PDFandGO Devanagari Sans" w:eastAsia="PDFandGO Devanagari Sans"/>
          <w:lang w:val="hi-IN" w:eastAsia="hi-IN"/>
        </w:rPr>
        <w:t>अक्षर जाँच: हिन्दी, किताब, क्षेत्र, प्रक्रिया, मूल्य, कृपया, माँ। अंक: 123, ४५६।</w:t>
      </w:r>
    </w:p>
    <w:p>
      <w:r>
        <w:rPr>
          <w:rFonts w:ascii="PDFandGO Devanagari Sans" w:hAnsi="PDFandGO Devanagari Sans" w:cs="PDFandGO Devanagari Sans" w:eastAsia="PDFandGO Devanagari Sans"/>
          <w:lang w:val="hi-IN" w:eastAsia="hi-IN"/>
        </w:rPr>
        <w:t>नुक्ता जाँच: क़लम और क़लम।</w:t>
      </w:r>
    </w:p>
    <w:p>
      <w:pPr>
        <w:pStyle w:val="Heading1"/>
      </w:pPr>
      <w:r>
        <w:rPr>
          <w:rFonts w:ascii="PDFandGO Devanagari Sans" w:hAnsi="PDFandGO Devanagari Sans" w:cs="PDFandGO Devanagari Sans" w:eastAsia="PDFandGO Devanagari Sans"/>
          <w:lang w:val="hi-IN" w:eastAsia="hi-IN"/>
        </w:rPr>
        <w:t>सामग्री की सूची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सामग्री</w:t>
            </w:r>
          </w:p>
        </w:tc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संख्या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कागज़</w:t>
            </w:r>
          </w:p>
        </w:tc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2 गड्डियाँ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फ़ोल्डर</w:t>
            </w:r>
          </w:p>
        </w:tc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3</w:t>
            </w:r>
          </w:p>
        </w:tc>
      </w:tr>
      <w:tr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संलग्नक</w:t>
            </w:r>
          </w:p>
        </w:tc>
        <w:tc>
          <w:tcPr>
            <w:tcW w:type="dxa" w:w="4320"/>
          </w:tcPr>
          <w:p>
            <w:r>
              <w:rPr>
                <w:rFonts w:ascii="PDFandGO Devanagari Sans" w:hAnsi="PDFandGO Devanagari Sans" w:cs="PDFandGO Devanagari Sans" w:eastAsia="PDFandGO Devanagari Sans"/>
                <w:lang w:val="hi-IN" w:eastAsia="hi-IN"/>
              </w:rPr>
              <w:t>1</w:t>
            </w:r>
          </w:p>
        </w:tc>
      </w:tr>
    </w:tbl>
    <w:p>
      <w:r>
        <w:rPr>
          <w:rFonts w:ascii="PDFandGO Devanagari Sans" w:hAnsi="PDFandGO Devanagari Sans" w:cs="PDFandGO Devanagari Sans" w:eastAsia="PDFandGO Devanagari Sans"/>
          <w:lang w:val="hi-IN" w:eastAsia="hi-IN"/>
        </w:rPr>
        <w:br w:type="page"/>
      </w:r>
    </w:p>
    <w:p>
      <w:pPr>
        <w:pStyle w:val="Title"/>
      </w:pPr>
      <w:r>
        <w:rPr>
          <w:rFonts w:ascii="PDFandGO Devanagari Sans" w:hAnsi="PDFandGO Devanagari Sans" w:cs="PDFandGO Devanagari Sans" w:eastAsia="PDFandGO Devanagari Sans"/>
          <w:lang w:val="hi-IN" w:eastAsia="hi-IN"/>
        </w:rPr>
        <w:t>जाँच के लिए परिशिष्ट</w:t>
      </w:r>
    </w:p>
    <w:p>
      <w:r>
        <w:rPr>
          <w:rFonts w:ascii="PDFandGO Devanagari Sans" w:hAnsi="PDFandGO Devanagari Sans" w:cs="PDFandGO Devanagari Sans" w:eastAsia="PDFandGO Devanagari Sans"/>
          <w:lang w:val="hi-IN" w:eastAsia="hi-IN"/>
        </w:rPr>
        <w:t>पेज ब्रेक के कारण यह दूसरा पेज है।</w:t>
      </w:r>
    </w:p>
    <w:p>
      <w:r>
        <w:rPr>
          <w:rFonts w:ascii="PDFandGO Devanagari Sans" w:hAnsi="PDFandGO Devanagari Sans" w:cs="PDFandGO Devanagari Sans" w:eastAsia="PDFandGO Devanagari Sans"/>
          <w:lang w:val="hi-IN" w:eastAsia="hi-IN"/>
        </w:rPr>
        <w:t>Word मूल फ़ाइल रखें। PDF में अक्षर, तालिका और पेज की संख्या जाँचें।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PDFandGO Devanagari Sans" w:hAnsi="PDFandGO Devanagari San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PDFandGO Devanagari Sans" w:hAnsi="PDFandGO Devanagari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PDFandGO Devanagari Sans" w:hAnsi="PDFandGO Devanagari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PDFandGO Devanagari Sans" w:hAnsi="PDFandGO Devanagari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PDFandGO — हिन्दी Word उदाहरण</dc:title>
  <dc:subject/>
  <dc:creator>PDFandGO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