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DFandGO Korean Sans" w:hAnsi="PDFandGO Korean Sans" w:cs="PDFandGO Korean Sans" w:eastAsia="PDFandGO Korean Sans"/>
          <w:lang w:val="ko-KR" w:eastAsia="ko-KR"/>
        </w:rPr>
        <w:t>프로젝트 개요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Word를 PDF로 바꾸기 위한 가상의 문서이며 실제 고객 정보는 포함하지 않습니다.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참조 번호: DEMO-KO-WORD-001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문자 확인: 한국어, 한글, 값, 각, 간. 숫자: 123, ４５６.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정규 분해형: 한글.</w:t>
      </w:r>
    </w:p>
    <w:p>
      <w:pPr>
        <w:pStyle w:val="Heading1"/>
      </w:pPr>
      <w:r>
        <w:rPr>
          <w:rFonts w:ascii="PDFandGO Korean Sans" w:hAnsi="PDFandGO Korean Sans" w:cs="PDFandGO Korean Sans" w:eastAsia="PDFandGO Korean Sans"/>
          <w:lang w:val="ko-KR" w:eastAsia="ko-KR"/>
        </w:rPr>
        <w:t>물품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물품</w:t>
            </w:r>
          </w:p>
        </w:tc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수량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용지</w:t>
            </w:r>
          </w:p>
        </w:tc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2묶음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폴더</w:t>
            </w:r>
          </w:p>
        </w:tc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3개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첨부</w:t>
            </w:r>
          </w:p>
        </w:tc>
        <w:tc>
          <w:tcPr>
            <w:tcW w:type="dxa" w:w="4320"/>
          </w:tcPr>
          <w:p>
            <w:r>
              <w:rPr>
                <w:rFonts w:ascii="PDFandGO Korean Sans" w:hAnsi="PDFandGO Korean Sans" w:cs="PDFandGO Korean Sans" w:eastAsia="PDFandGO Korean Sans"/>
                <w:lang w:val="ko-KR" w:eastAsia="ko-KR"/>
              </w:rPr>
              <w:t>1개</w:t>
            </w:r>
          </w:p>
        </w:tc>
      </w:tr>
    </w:tbl>
    <w:p>
      <w:r>
        <w:rPr>
          <w:rFonts w:ascii="PDFandGO Korean Sans" w:hAnsi="PDFandGO Korean Sans" w:cs="PDFandGO Korean Sans" w:eastAsia="PDFandGO Korean Sans"/>
          <w:lang w:val="ko-KR" w:eastAsia="ko-KR"/>
        </w:rPr>
        <w:br w:type="page"/>
      </w:r>
    </w:p>
    <w:p>
      <w:pPr>
        <w:pStyle w:val="Title"/>
      </w:pPr>
      <w:r>
        <w:rPr>
          <w:rFonts w:ascii="PDFandGO Korean Sans" w:hAnsi="PDFandGO Korean Sans" w:cs="PDFandGO Korean Sans" w:eastAsia="PDFandGO Korean Sans"/>
          <w:lang w:val="ko-KR" w:eastAsia="ko-KR"/>
        </w:rPr>
        <w:t>확인용 부록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명시적인 페이지 나눔으로 이곳은 두 번째 페이지입니다.</w:t>
      </w:r>
    </w:p>
    <w:p>
      <w:r>
        <w:rPr>
          <w:rFonts w:ascii="PDFandGO Korean Sans" w:hAnsi="PDFandGO Korean Sans" w:cs="PDFandGO Korean Sans" w:eastAsia="PDFandGO Korean Sans"/>
          <w:lang w:val="ko-KR" w:eastAsia="ko-KR"/>
        </w:rPr>
        <w:t>Word 원본을 보관하고 PDF의 문자, 표와 페이지 수를 확인하세요.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DFandGO Korean Sans" w:hAnsi="PDFandGO Korea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DFandGO Korean Sans" w:hAnsi="PDFandGO Korea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DFandGO Korean Sans" w:hAnsi="PDFandGO Korea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DFandGO Korean Sans" w:hAnsi="PDFandGO Korea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한국어 Word 예제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