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Измислен документ Word</w:t>
      </w:r>
    </w:p>
    <w:p>
      <w:r>
        <w:t>Измислен документ за PDFandGO. Без действителни клиентски данни.</w:t>
      </w:r>
    </w:p>
    <w:p>
      <w:r>
        <w:t>DEMO-BG-WORD-138</w:t>
      </w:r>
    </w:p>
    <w:p>
      <w:r>
        <w:t>Проект: подреждане на документи</w:t>
      </w:r>
    </w:p>
    <w:p>
      <w:r>
        <w:t>България, съобщение, щъркел, ѝ, й, документ</w:t>
      </w:r>
    </w:p>
    <w:p>
      <w:r>
        <w:t>България, съобщение, щъркел, ѝ, й, документ</w:t>
      </w:r>
    </w:p>
    <w:p>
      <w:r>
        <w:t>123 456 789</w:t>
      </w:r>
    </w:p>
    <w:p>
      <w:pPr>
        <w:pStyle w:val="Heading1"/>
      </w:pPr>
      <w:r>
        <w:t>Списък с материали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Папки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r>
        <w:br w:type="page"/>
      </w:r>
    </w:p>
    <w:p>
      <w:pPr>
        <w:pStyle w:val="Heading1"/>
      </w:pPr>
      <w:r>
        <w:t>Приложение за проверка</w:t>
      </w:r>
    </w:p>
    <w:p>
      <w:r>
        <w:t>Проверете буквите, числата и тънките линии.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PDFandGO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