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Påhittat Word-dokument</w:t>
      </w:r>
    </w:p>
    <w:p>
      <w:r>
        <w:t>Påhittat dokument för PDFandGO. Inga riktiga kunduppgifter.</w:t>
      </w:r>
    </w:p>
    <w:p>
      <w:r>
        <w:t>DEMO-SV-WORD-138</w:t>
      </w:r>
    </w:p>
    <w:p>
      <w:r>
        <w:t>Projekt: ordna dokument</w:t>
      </w:r>
    </w:p>
    <w:p>
      <w:r>
        <w:t>räksmörgås, Åsa, Örebro, sökning</w:t>
      </w:r>
    </w:p>
    <w:p>
      <w:r>
        <w:t>räksmörgås, Åsa, Örebro, sökning</w:t>
      </w:r>
    </w:p>
    <w:p>
      <w:r>
        <w:t>123 456 789</w:t>
      </w:r>
    </w:p>
    <w:p>
      <w:pPr>
        <w:pStyle w:val="Heading1"/>
      </w:pPr>
      <w:r>
        <w:t>Materiallista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Mappar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r>
        <w:br w:type="page"/>
      </w:r>
    </w:p>
    <w:p>
      <w:pPr>
        <w:pStyle w:val="Heading1"/>
      </w:pPr>
      <w:r>
        <w:t>Bilaga för kontroll</w:t>
      </w:r>
    </w:p>
    <w:p>
      <w:r>
        <w:t>Kontrollera små bokstäver, siffror och tunna linjer.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