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ข้อมูลโครงการ</w:t>
      </w:r>
    </w:p>
    <w:p>
      <w:r>
        <w:t>ตัวอย่างสมมติสำหรับแปลง Word เป็น PDF</w:t>
      </w:r>
    </w:p>
    <w:p>
      <w:r>
        <w:t>ไม่มีข้อมูลลูกค้าจริง</w:t>
      </w:r>
    </w:p>
    <w:p>
      <w:r>
        <w:t>รหัสอ้างอิง: DEMO-TH-WORD-001</w:t>
      </w:r>
    </w:p>
    <w:p>
      <w:r>
        <w:t>ตรวจข้อความ: หนังสือ กำลัง ผู้ใช้</w:t>
      </w:r>
    </w:p>
    <w:p>
      <w:r>
        <w:t>ตรวจวรรณยุกต์: ขาว ข่าว ข้าว</w:t>
      </w:r>
    </w:p>
    <w:p>
      <w:r>
        <w:t>ตรวจตัวเลข: ๑๒๓ และ 123 456</w:t>
      </w:r>
    </w:p>
    <w:p>
      <w:pPr>
        <w:pStyle w:val="Heading1"/>
      </w:pPr>
      <w:r>
        <w:t>รายการวัสดุ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วัสดุ</w:t>
            </w:r>
          </w:p>
        </w:tc>
        <w:tc>
          <w:tcPr>
            <w:tcW w:type="dxa" w:w="4320"/>
          </w:tcPr>
          <w:p>
            <w:r>
              <w:t>จำนวน</w:t>
            </w:r>
          </w:p>
        </w:tc>
      </w:tr>
      <w:tr>
        <w:tc>
          <w:tcPr>
            <w:tcW w:type="dxa" w:w="4320"/>
          </w:tcPr>
          <w:p>
            <w:r>
              <w:t>กระดาษ</w:t>
            </w:r>
          </w:p>
        </w:tc>
        <w:tc>
          <w:tcPr>
            <w:tcW w:type="dxa" w:w="4320"/>
          </w:tcPr>
          <w:p>
            <w:r>
              <w:t>2 รีม</w:t>
            </w:r>
          </w:p>
        </w:tc>
      </w:tr>
      <w:tr>
        <w:tc>
          <w:tcPr>
            <w:tcW w:type="dxa" w:w="4320"/>
          </w:tcPr>
          <w:p>
            <w:r>
              <w:t>แฟ้ม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ภาคผนวก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</w:tbl>
    <w:p>
      <w:r>
        <w:br w:type="page"/>
      </w:r>
    </w:p>
    <w:p>
      <w:pPr>
        <w:pStyle w:val="Heading1"/>
      </w:pPr>
      <w:r>
        <w:t>ภาคผนวกตรวจสอบ</w:t>
      </w:r>
    </w:p>
    <w:p>
      <w:r>
        <w:t>ตัวแบ่งหน้าวางส่วนนี้ในหน้าที่สอง</w:t>
      </w:r>
    </w:p>
    <w:p>
      <w:r>
        <w:t>เก็บ Word ต้นฉบับและตรวจ PDF ที่บันทึก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Thai" w:hAnsi="Noto Sans Tha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